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b/>
          <w:color w:val="0B2545"/>
          <w:sz w:val="44"/>
        </w:rPr>
        <w:t>VAT INVOICE</w:t>
      </w:r>
    </w:p>
    <w:p>
      <w:pPr>
        <w:jc w:val="right"/>
      </w:pPr>
      <w:r>
        <w:t>Invoice number: INV-0001</w:t>
        <w:br/>
        <w:t>Issue date: DD/MM/YYYY</w:t>
        <w:br/>
        <w:t>Due date: DD/MM/YYYY</w:t>
        <w:br/>
        <w:t>Time of supply: DD/MM/YYYY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b/>
                <w:color w:val="0F8B82"/>
              </w:rPr>
              <w:t>FROM</w:t>
            </w:r>
            <w:r>
              <w:br/>
              <w:t>[Your business name]</w:t>
              <w:br/>
              <w:t>[Street address]</w:t>
              <w:br/>
              <w:t>[City, postcode]</w:t>
              <w:br/>
              <w:t>VAT number: [GB123456789]</w:t>
              <w:br/>
              <w:t>Email: [you@example.com]</w:t>
            </w:r>
          </w:p>
        </w:tc>
        <w:tc>
          <w:tcPr>
            <w:tcW w:type="dxa" w:w="4986"/>
          </w:tcPr>
          <w:p>
            <w:r/>
            <w:r>
              <w:rPr>
                <w:b/>
                <w:color w:val="0F8B82"/>
              </w:rPr>
              <w:t>BILL TO</w:t>
            </w:r>
            <w:r>
              <w:br/>
              <w:t>[Customer name]</w:t>
              <w:br/>
              <w:t>[Customer address]</w:t>
              <w:br/>
              <w:t>[City, postcode]</w:t>
              <w:br/>
              <w:t>Email: [customer@example.com]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  <w:gridCol w:w="1662"/>
      </w:tblGrid>
      <w:tr>
        <w:tc>
          <w:tcPr>
            <w:tcW w:type="dxa" w:w="1662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1662"/>
          </w:tcPr>
          <w:p>
            <w:r>
              <w:rPr>
                <w:b/>
              </w:rPr>
              <w:t>Qty</w:t>
            </w:r>
          </w:p>
        </w:tc>
        <w:tc>
          <w:tcPr>
            <w:tcW w:type="dxa" w:w="1662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1662"/>
          </w:tcPr>
          <w:p>
            <w:r>
              <w:rPr>
                <w:b/>
              </w:rPr>
              <w:t>VAT rate</w:t>
            </w:r>
          </w:p>
        </w:tc>
        <w:tc>
          <w:tcPr>
            <w:tcW w:type="dxa" w:w="1662"/>
          </w:tcPr>
          <w:p>
            <w:r>
              <w:rPr>
                <w:b/>
              </w:rPr>
              <w:t>Net</w:t>
            </w:r>
          </w:p>
        </w:tc>
        <w:tc>
          <w:tcPr>
            <w:tcW w:type="dxa" w:w="1662"/>
          </w:tcPr>
          <w:p>
            <w:r>
              <w:rPr>
                <w:b/>
              </w:rPr>
              <w:t>VAT</w:t>
            </w:r>
          </w:p>
        </w:tc>
      </w:tr>
      <w:tr>
        <w:tc>
          <w:tcPr>
            <w:tcW w:type="dxa" w:w="1662"/>
          </w:tcPr>
          <w:p>
            <w:r>
              <w:t>[Description of goods or services]</w:t>
            </w:r>
          </w:p>
        </w:tc>
        <w:tc>
          <w:tcPr>
            <w:tcW w:type="dxa" w:w="1662"/>
          </w:tcPr>
          <w:p>
            <w:r>
              <w:t>1</w:t>
            </w:r>
          </w:p>
        </w:tc>
        <w:tc>
          <w:tcPr>
            <w:tcW w:type="dxa" w:w="1662"/>
          </w:tcPr>
          <w:p>
            <w:r>
              <w:t>0.00</w:t>
            </w:r>
          </w:p>
        </w:tc>
        <w:tc>
          <w:tcPr>
            <w:tcW w:type="dxa" w:w="1662"/>
          </w:tcPr>
          <w:p>
            <w:r>
              <w:t>20%</w:t>
            </w:r>
          </w:p>
        </w:tc>
        <w:tc>
          <w:tcPr>
            <w:tcW w:type="dxa" w:w="1662"/>
          </w:tcPr>
          <w:p>
            <w:r>
              <w:t>0.00</w:t>
            </w:r>
          </w:p>
        </w:tc>
        <w:tc>
          <w:tcPr>
            <w:tcW w:type="dxa" w:w="1662"/>
          </w:tcPr>
          <w:p>
            <w:r>
              <w:t>0.00</w:t>
            </w:r>
          </w:p>
        </w:tc>
      </w:tr>
      <w:tr>
        <w:tc>
          <w:tcPr>
            <w:tcW w:type="dxa" w:w="1662"/>
          </w:tcPr>
          <w:p>
            <w:r>
              <w:t>[Description of goods or services]</w:t>
            </w:r>
          </w:p>
        </w:tc>
        <w:tc>
          <w:tcPr>
            <w:tcW w:type="dxa" w:w="1662"/>
          </w:tcPr>
          <w:p>
            <w:r>
              <w:t>1</w:t>
            </w:r>
          </w:p>
        </w:tc>
        <w:tc>
          <w:tcPr>
            <w:tcW w:type="dxa" w:w="1662"/>
          </w:tcPr>
          <w:p>
            <w:r>
              <w:t>0.00</w:t>
            </w:r>
          </w:p>
        </w:tc>
        <w:tc>
          <w:tcPr>
            <w:tcW w:type="dxa" w:w="1662"/>
          </w:tcPr>
          <w:p>
            <w:r>
              <w:t>20%</w:t>
            </w:r>
          </w:p>
        </w:tc>
        <w:tc>
          <w:tcPr>
            <w:tcW w:type="dxa" w:w="1662"/>
          </w:tcPr>
          <w:p>
            <w:r>
              <w:t>0.00</w:t>
            </w:r>
          </w:p>
        </w:tc>
        <w:tc>
          <w:tcPr>
            <w:tcW w:type="dxa" w:w="1662"/>
          </w:tcPr>
          <w:p>
            <w:r>
              <w:t>0.00</w:t>
            </w:r>
          </w:p>
        </w:tc>
      </w:tr>
      <w:tr>
        <w:tc>
          <w:tcPr>
            <w:tcW w:type="dxa" w:w="1662"/>
          </w:tcPr>
          <w:p>
            <w:r>
              <w:t>[Description of goods or services]</w:t>
            </w:r>
          </w:p>
        </w:tc>
        <w:tc>
          <w:tcPr>
            <w:tcW w:type="dxa" w:w="1662"/>
          </w:tcPr>
          <w:p>
            <w:r>
              <w:t>1</w:t>
            </w:r>
          </w:p>
        </w:tc>
        <w:tc>
          <w:tcPr>
            <w:tcW w:type="dxa" w:w="1662"/>
          </w:tcPr>
          <w:p>
            <w:r>
              <w:t>0.00</w:t>
            </w:r>
          </w:p>
        </w:tc>
        <w:tc>
          <w:tcPr>
            <w:tcW w:type="dxa" w:w="1662"/>
          </w:tcPr>
          <w:p>
            <w:r>
              <w:t>20%</w:t>
            </w:r>
          </w:p>
        </w:tc>
        <w:tc>
          <w:tcPr>
            <w:tcW w:type="dxa" w:w="1662"/>
          </w:tcPr>
          <w:p>
            <w:r>
              <w:t>0.00</w:t>
            </w:r>
          </w:p>
        </w:tc>
        <w:tc>
          <w:tcPr>
            <w:tcW w:type="dxa" w:w="1662"/>
          </w:tcPr>
          <w:p>
            <w:r>
              <w:t>0.00</w:t>
            </w:r>
          </w:p>
        </w:tc>
      </w:tr>
      <w:tr>
        <w:tc>
          <w:tcPr>
            <w:tcW w:type="dxa" w:w="1662"/>
          </w:tcPr>
          <w:p>
            <w:r>
              <w:t>[Description of goods or services]</w:t>
            </w:r>
          </w:p>
        </w:tc>
        <w:tc>
          <w:tcPr>
            <w:tcW w:type="dxa" w:w="1662"/>
          </w:tcPr>
          <w:p>
            <w:r>
              <w:t>1</w:t>
            </w:r>
          </w:p>
        </w:tc>
        <w:tc>
          <w:tcPr>
            <w:tcW w:type="dxa" w:w="1662"/>
          </w:tcPr>
          <w:p>
            <w:r>
              <w:t>0.00</w:t>
            </w:r>
          </w:p>
        </w:tc>
        <w:tc>
          <w:tcPr>
            <w:tcW w:type="dxa" w:w="1662"/>
          </w:tcPr>
          <w:p>
            <w:r>
              <w:t>20%</w:t>
            </w:r>
          </w:p>
        </w:tc>
        <w:tc>
          <w:tcPr>
            <w:tcW w:type="dxa" w:w="1662"/>
          </w:tcPr>
          <w:p>
            <w:r>
              <w:t>0.00</w:t>
            </w:r>
          </w:p>
        </w:tc>
        <w:tc>
          <w:tcPr>
            <w:tcW w:type="dxa" w:w="1662"/>
          </w:tcPr>
          <w:p>
            <w:r>
              <w:t>0.00</w:t>
            </w:r>
          </w:p>
        </w:tc>
      </w:tr>
    </w:tbl>
    <w:p/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t>Subtotal (excl. VAT)</w:t>
            </w:r>
          </w:p>
        </w:tc>
        <w:tc>
          <w:tcPr>
            <w:tcW w:type="dxa" w:w="4986"/>
          </w:tcPr>
          <w:p>
            <w:r>
              <w:t>£0.00</w:t>
            </w:r>
          </w:p>
        </w:tc>
      </w:tr>
      <w:tr>
        <w:tc>
          <w:tcPr>
            <w:tcW w:type="dxa" w:w="4986"/>
          </w:tcPr>
          <w:p>
            <w:r>
              <w:t>VAT 20%</w:t>
            </w:r>
          </w:p>
        </w:tc>
        <w:tc>
          <w:tcPr>
            <w:tcW w:type="dxa" w:w="4986"/>
          </w:tcPr>
          <w:p>
            <w:r>
              <w:t>£0.00</w:t>
            </w:r>
          </w:p>
        </w:tc>
      </w:tr>
      <w:tr>
        <w:tc>
          <w:tcPr>
            <w:tcW w:type="dxa" w:w="4986"/>
          </w:tcPr>
          <w:p>
            <w:r>
              <w:t>VAT 5%</w:t>
            </w:r>
          </w:p>
        </w:tc>
        <w:tc>
          <w:tcPr>
            <w:tcW w:type="dxa" w:w="4986"/>
          </w:tcPr>
          <w:p>
            <w:r>
              <w:t>£0.00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Total (incl. VAT)</w:t>
            </w:r>
          </w:p>
        </w:tc>
        <w:tc>
          <w:tcPr>
            <w:tcW w:type="dxa" w:w="4986"/>
          </w:tcPr>
          <w:p>
            <w:r>
              <w:rPr>
                <w:b/>
              </w:rPr>
              <w:t>£0.00</w:t>
            </w:r>
          </w:p>
        </w:tc>
      </w:tr>
    </w:tbl>
    <w:p/>
    <w:p>
      <w:r>
        <w:rPr>
          <w:b/>
        </w:rPr>
        <w:t>Payment terms</w:t>
        <w:br/>
      </w:r>
      <w:r>
        <w:t>Payment due within 14 days of the invoice date. Please quote the invoice number as the payment reference.</w:t>
        <w:br/>
        <w:br/>
      </w:r>
      <w:r>
        <w:rPr>
          <w:b/>
        </w:rPr>
        <w:t>Notes</w:t>
        <w:br/>
      </w:r>
      <w:r>
        <w:t>[Optional notes, purchase order number, or thank-you message.]</w:t>
        <w:br/>
        <w:br/>
      </w:r>
    </w:p>
    <w:p>
      <w:r>
        <w:rPr>
          <w:color w:val="666666"/>
          <w:sz w:val="16"/>
        </w:rPr>
        <w:t>This is a general template, not tax or legal advice. Replace the sample data and check current HMRC guidance.</w:t>
      </w: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